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微软雅黑"/>
          <w:color w:val="111111"/>
        </w:rPr>
        <w:t>Clivia Yoga Pilates</w:t>
      </w:r>
    </w:p>
    <w:p>
      <w:r>
        <w:rPr>
          <w:rFonts w:ascii="Calibri" w:hAnsi="Calibri" w:eastAsia="微软雅黑"/>
          <w:b w:val="0"/>
          <w:sz w:val="20"/>
        </w:rPr>
        <w:t>小红书行业分解及话题模板 · 洛杉矶瑜伽普拉提垂类 ｜ 更新日期：2026年8月29日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一、行业关键词提炼</w:t>
      </w:r>
    </w:p>
    <w:p>
      <w:r>
        <w:rPr>
          <w:rFonts w:ascii="Calibri" w:hAnsi="Calibri" w:eastAsia="微软雅黑"/>
          <w:b w:val="0"/>
        </w:rPr>
        <w:t>结合小红书运动健康趋势和洛杉矶东部华人女性用户需求，围绕 Clivia「全美瑜伽联盟500h导师 + 全球首批空中瑜伽教培导师 + 哈岗实体馆 + 周六户外公益课」的专业背书整理。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服务核心词</w:t>
      </w:r>
    </w:p>
    <w:p>
      <w:r>
        <w:rPr>
          <w:rFonts w:ascii="Calibri" w:hAnsi="Calibri" w:eastAsia="微软雅黑"/>
          <w:b w:val="0"/>
        </w:rPr>
        <w:t>瑜伽馆、普拉提、普拉提床/器械、空中瑜伽、产后修复、私教课、团课、教培认证（全美瑜伽联盟 500h 可颁官方证书）、户外公益课、肩颈放松、核心训练、哈岗实体馆。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用户需求词</w:t>
      </w:r>
    </w:p>
    <w:p>
      <w:r>
        <w:rPr>
          <w:rFonts w:ascii="Calibri" w:hAnsi="Calibri" w:eastAsia="微软雅黑"/>
          <w:b w:val="0"/>
        </w:rPr>
        <w:t>减脂塑形、体态矫正、产后修复、腹直肌分离、肩颈酸痛、上班族放松、新手入门、瑜伽教培考证、普拉提器械、拉伸放松、缓解焦虑、改善睡眠。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场景化关键词</w:t>
      </w:r>
    </w:p>
    <w:p>
      <w:r>
        <w:rPr>
          <w:rFonts w:ascii="Calibri" w:hAnsi="Calibri" w:eastAsia="微软雅黑"/>
          <w:b w:val="0"/>
        </w:rPr>
        <w:t>办公室 5 分钟放松、午休锻炼、周末户外课、全职妈妈的时间、产后恢复期、暑期亲子、独立日/Labor Day 假期、节日特惠体验课、第一次进瑜伽馆。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趋势相关词</w:t>
      </w:r>
    </w:p>
    <w:p>
      <w:r>
        <w:rPr>
          <w:rFonts w:ascii="Calibri" w:hAnsi="Calibri" w:eastAsia="微软雅黑"/>
          <w:b w:val="0"/>
        </w:rPr>
        <w:t>本地瑜伽馆、户外公益瑜伽、空中瑜伽、普拉提床潮流、产后修复热潮、可颁证书教培、学员见证、社群打卡、线下引流。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关键词使用规则</w:t>
      </w:r>
    </w:p>
    <w:p>
      <w:pPr>
        <w:pStyle w:val="ListBullet"/>
      </w:pPr>
      <w:r>
        <w:rPr>
          <w:rFonts w:ascii="Calibri" w:hAnsi="Calibri" w:eastAsia="微软雅黑"/>
        </w:rPr>
        <w:t>标签组：服务词+场景词进笔记标签（#洛杉矶瑜伽 #哈岗 #罗兰岗 #普拉提 #产后修复 #空中瑜伽 #洛杉矶生活）。</w:t>
      </w:r>
    </w:p>
    <w:p>
      <w:pPr>
        <w:pStyle w:val="ListBullet"/>
      </w:pPr>
      <w:r>
        <w:rPr>
          <w:rFonts w:ascii="Calibri" w:hAnsi="Calibri" w:eastAsia="微软雅黑"/>
        </w:rPr>
        <w:t>标题/正文：需求词+趋势词进标题和首段，吃搜索流量（"洛杉矶瑜伽""哈岗普拉提""产后修复洛杉矶"）。</w:t>
      </w:r>
    </w:p>
    <w:p>
      <w:pPr>
        <w:pStyle w:val="ListBullet"/>
      </w:pPr>
      <w:r>
        <w:rPr>
          <w:rFonts w:ascii="Calibri" w:hAnsi="Calibri" w:eastAsia="微软雅黑"/>
        </w:rPr>
        <w:t>地域词固定轮换：哈岗 / 罗兰岗 / 工业市 / 洛杉矶至少一个进标题，发布带 POI 定位。</w:t>
      </w:r>
    </w:p>
    <w:p>
      <w:pPr>
        <w:pStyle w:val="ListBullet"/>
      </w:pPr>
      <w:r>
        <w:rPr>
          <w:rFonts w:ascii="Calibri" w:hAnsi="Calibri" w:eastAsia="微软雅黑"/>
        </w:rPr>
        <w:t>选题池：每月从四类词交叉组合生成选题——场景×服务=一条选题（如"产后恢复期×普拉提床"）。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二、热门话题方向</w:t>
      </w:r>
    </w:p>
    <w:p>
      <w:r>
        <w:rPr>
          <w:rFonts w:ascii="Calibri" w:hAnsi="Calibri" w:eastAsia="微软雅黑"/>
          <w:b w:val="0"/>
        </w:rPr>
        <w:t>五大方向，与 Q3 方案的三栏目（教学一招 60% / 馆内日常 20% / 学员社群 20%）一一对应。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功能性需求（痛点解决）→ 教学干货栏</w:t>
      </w:r>
    </w:p>
    <w:p>
      <w:r>
        <w:rPr>
          <w:rFonts w:ascii="Calibri" w:hAnsi="Calibri" w:eastAsia="微软雅黑"/>
          <w:b w:val="0"/>
        </w:rPr>
        <w:t>围绕目标客群三大痛点——肩颈酸痛、产后恢复、体态问题——做"一看就会"的解决方案内容："办公室 5 分钟肩颈放松""产后腹直肌分离怎么办？普拉提修复动作示范"。15-45 秒短视频，动作分解越细，收藏越高。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 → 馆内日常 + 户外公益课</w:t>
      </w:r>
    </w:p>
    <w:p>
      <w:r>
        <w:rPr>
          <w:rFonts w:ascii="Calibri" w:hAnsi="Calibri" w:eastAsia="微软雅黑"/>
          <w:b w:val="0"/>
        </w:rPr>
        <w:t>馆内环境巡览、上课花絮建立到店欲望；周六罗兰岗公园户外公益课是天然的种草场景——"10 个人在公园做瑜伽是什么体验"。公益课免费，是线下引流的第一入口。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用户群体细分 → 学员社群栏</w:t>
      </w:r>
    </w:p>
    <w:p>
      <w:pPr>
        <w:pStyle w:val="ListBullet"/>
      </w:pPr>
      <w:r>
        <w:rPr>
          <w:rFonts w:ascii="Calibri" w:hAnsi="Calibri" w:eastAsia="微软雅黑"/>
        </w:rPr>
        <w:t>全职妈妈：产后修复、时间灵活——产后恢复专题、白天时段课。</w:t>
      </w:r>
    </w:p>
    <w:p>
      <w:pPr>
        <w:pStyle w:val="ListBullet"/>
      </w:pPr>
      <w:r>
        <w:rPr>
          <w:rFonts w:ascii="Calibri" w:hAnsi="Calibri" w:eastAsia="微软雅黑"/>
        </w:rPr>
        <w:t>上班族：午休锻炼、肩颈放松——办公室 5 分钟系列、午休课。</w:t>
      </w:r>
    </w:p>
    <w:p>
      <w:pPr>
        <w:pStyle w:val="ListBullet"/>
      </w:pPr>
      <w:r>
        <w:rPr>
          <w:rFonts w:ascii="Calibri" w:hAnsi="Calibri" w:eastAsia="微软雅黑"/>
        </w:rPr>
        <w:t>新手：怕练错、怕尴尬——新手入门指南、第一次上课体验。</w:t>
      </w:r>
    </w:p>
    <w:p>
      <w:pPr>
        <w:pStyle w:val="ListBullet"/>
      </w:pPr>
      <w:r>
        <w:rPr>
          <w:rFonts w:ascii="Calibri" w:hAnsi="Calibri" w:eastAsia="微软雅黑"/>
        </w:rPr>
        <w:t>进阶/考证人群：教培认证——500h 导师可颁官方证书、空中瑜伽教培稀缺标签。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体验分享与对比 → 教学干货 + 学员社群</w:t>
      </w:r>
    </w:p>
    <w:p>
      <w:r>
        <w:rPr>
          <w:rFonts w:ascii="Calibri" w:hAnsi="Calibri" w:eastAsia="微软雅黑"/>
          <w:b w:val="0"/>
        </w:rPr>
        <w:t>瑜伽 vs 普拉提怎么选：一篇讲清区别；大课 vs 私教：新手第一课选哪个；在家跟练 vs 到馆上课：效果差在哪——对比类内容天然高收藏，同时把"到馆"的价值讲出来。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性价比与透明消费 → 全栏目渗透</w:t>
      </w:r>
    </w:p>
    <w:p>
      <w:r>
        <w:rPr>
          <w:rFonts w:ascii="Calibri" w:hAnsi="Calibri" w:eastAsia="微软雅黑"/>
          <w:b w:val="0"/>
        </w:rPr>
        <w:t>公益课免费、体验课优惠写进每条内容——"免费瑜伽课每周六都有"是最强钩子；教培内容突出证书含金量（全美瑜伽联盟官方认证），把价格讲成价值。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三、标题建议模板</w:t>
      </w:r>
    </w:p>
    <w:p>
      <w:r>
        <w:rPr>
          <w:rFonts w:ascii="Calibri" w:hAnsi="Calibri" w:eastAsia="微软雅黑"/>
          <w:b w:val="0"/>
        </w:rPr>
        <w:t>五型标题库，直接选用或改词复用。所有标题带地域（洛杉矶/哈岗/罗兰岗/工业市）或人群（上班族/宝妈/新手/产后）关键词。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痛点解决型</w:t>
      </w:r>
    </w:p>
    <w:p>
      <w:pPr>
        <w:pStyle w:val="ListBullet"/>
      </w:pPr>
      <w:r>
        <w:rPr>
          <w:rFonts w:ascii="Calibri" w:hAnsi="Calibri" w:eastAsia="微软雅黑"/>
        </w:rPr>
        <w:t>办公室久坐的肩颈，3 分钟瑜伽拉伸救回来</w:t>
      </w:r>
    </w:p>
    <w:p>
      <w:pPr>
        <w:pStyle w:val="ListBullet"/>
      </w:pPr>
      <w:r>
        <w:rPr>
          <w:rFonts w:ascii="Calibri" w:hAnsi="Calibri" w:eastAsia="微软雅黑"/>
        </w:rPr>
        <w:t>产后腹直肌分离怎么办？普拉提修复动作示范</w:t>
      </w:r>
    </w:p>
    <w:p>
      <w:pPr>
        <w:pStyle w:val="ListBullet"/>
      </w:pPr>
      <w:r>
        <w:rPr>
          <w:rFonts w:ascii="Calibri" w:hAnsi="Calibri" w:eastAsia="微软雅黑"/>
        </w:rPr>
        <w:t>新手去瑜伽馆怕尴尬？第一次上课全指南</w:t>
      </w:r>
    </w:p>
    <w:p>
      <w:pPr>
        <w:pStyle w:val="ListBullet"/>
      </w:pPr>
      <w:r>
        <w:rPr>
          <w:rFonts w:ascii="Calibri" w:hAnsi="Calibri" w:eastAsia="微软雅黑"/>
        </w:rPr>
        <w:t>腰酸背痛的上班族：午休 5 分钟普拉提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场景化种草型</w:t>
      </w:r>
    </w:p>
    <w:p>
      <w:pPr>
        <w:pStyle w:val="ListBullet"/>
      </w:pPr>
      <w:r>
        <w:rPr>
          <w:rFonts w:ascii="Calibri" w:hAnsi="Calibri" w:eastAsia="微软雅黑"/>
        </w:rPr>
        <w:t>10 个人在公园做瑜伽是什么体验（每周六罗兰岗见）</w:t>
      </w:r>
    </w:p>
    <w:p>
      <w:pPr>
        <w:pStyle w:val="ListBullet"/>
      </w:pPr>
      <w:r>
        <w:rPr>
          <w:rFonts w:ascii="Calibri" w:hAnsi="Calibri" w:eastAsia="微软雅黑"/>
        </w:rPr>
        <w:t>带你走进哈岗这家瑜伽馆：器械区+休息区巡览</w:t>
      </w:r>
    </w:p>
    <w:p>
      <w:pPr>
        <w:pStyle w:val="ListBullet"/>
      </w:pPr>
      <w:r>
        <w:rPr>
          <w:rFonts w:ascii="Calibri" w:hAnsi="Calibri" w:eastAsia="微软雅黑"/>
        </w:rPr>
        <w:t>全职妈妈的 2 小时自由：一节普拉提课的时间</w:t>
      </w:r>
    </w:p>
    <w:p>
      <w:pPr>
        <w:pStyle w:val="ListBullet"/>
      </w:pPr>
      <w:r>
        <w:rPr>
          <w:rFonts w:ascii="Calibri" w:hAnsi="Calibri" w:eastAsia="微软雅黑"/>
        </w:rPr>
        <w:t>Labor Day 假期怎么练？瑜伽馆照常开放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数据与效果背书型</w:t>
      </w:r>
    </w:p>
    <w:p>
      <w:pPr>
        <w:pStyle w:val="ListBullet"/>
      </w:pPr>
      <w:r>
        <w:rPr>
          <w:rFonts w:ascii="Calibri" w:hAnsi="Calibri" w:eastAsia="微软雅黑"/>
        </w:rPr>
        <w:t>全美瑜伽联盟 500h 导师是什么水平？能颁官方证书的那种</w:t>
      </w:r>
    </w:p>
    <w:p>
      <w:pPr>
        <w:pStyle w:val="ListBullet"/>
      </w:pPr>
      <w:r>
        <w:rPr>
          <w:rFonts w:ascii="Calibri" w:hAnsi="Calibri" w:eastAsia="微软雅黑"/>
        </w:rPr>
        <w:t>全球首批空中瑜伽教培导师：这个标签有多稀缺</w:t>
      </w:r>
    </w:p>
    <w:p>
      <w:pPr>
        <w:pStyle w:val="ListBullet"/>
      </w:pPr>
      <w:r>
        <w:rPr>
          <w:rFonts w:ascii="Calibri" w:hAnsi="Calibri" w:eastAsia="微软雅黑"/>
        </w:rPr>
        <w:t>这个月上了 XX 节私教课：瑜伽老师的一天</w:t>
      </w:r>
    </w:p>
    <w:p>
      <w:pPr>
        <w:pStyle w:val="ListBullet"/>
      </w:pPr>
      <w:r>
        <w:rPr>
          <w:rFonts w:ascii="Calibri" w:hAnsi="Calibri" w:eastAsia="微软雅黑"/>
        </w:rPr>
        <w:t>学员产后修复 3 个月对比实录（经授权）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对比测评型</w:t>
      </w:r>
    </w:p>
    <w:p>
      <w:pPr>
        <w:pStyle w:val="ListBullet"/>
      </w:pPr>
      <w:r>
        <w:rPr>
          <w:rFonts w:ascii="Calibri" w:hAnsi="Calibri" w:eastAsia="微软雅黑"/>
        </w:rPr>
        <w:t>瑜伽 vs 普拉提怎么选：一篇讲清区别</w:t>
      </w:r>
    </w:p>
    <w:p>
      <w:pPr>
        <w:pStyle w:val="ListBullet"/>
      </w:pPr>
      <w:r>
        <w:rPr>
          <w:rFonts w:ascii="Calibri" w:hAnsi="Calibri" w:eastAsia="微软雅黑"/>
        </w:rPr>
        <w:t>大课 vs 私教：新手第一课该选哪个</w:t>
      </w:r>
    </w:p>
    <w:p>
      <w:pPr>
        <w:pStyle w:val="ListBullet"/>
      </w:pPr>
      <w:r>
        <w:rPr>
          <w:rFonts w:ascii="Calibri" w:hAnsi="Calibri" w:eastAsia="微软雅黑"/>
        </w:rPr>
        <w:t>在家跟练 vs 到馆上课：效果差在哪</w:t>
      </w:r>
    </w:p>
    <w:p>
      <w:pPr>
        <w:pStyle w:val="ListBullet"/>
      </w:pPr>
      <w:r>
        <w:rPr>
          <w:rFonts w:ascii="Calibri" w:hAnsi="Calibri" w:eastAsia="微软雅黑"/>
        </w:rPr>
        <w:t>空中瑜伽值得学吗？从恐高到上绳的真实体验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节日/季节限定型</w:t>
      </w:r>
    </w:p>
    <w:p>
      <w:pPr>
        <w:pStyle w:val="ListBullet"/>
      </w:pPr>
      <w:r>
        <w:rPr>
          <w:rFonts w:ascii="Calibri" w:hAnsi="Calibri" w:eastAsia="微软雅黑"/>
        </w:rPr>
        <w:t>独立日假期：瑜伽馆开放+节日体验课</w:t>
      </w:r>
    </w:p>
    <w:p>
      <w:pPr>
        <w:pStyle w:val="ListBullet"/>
      </w:pPr>
      <w:r>
        <w:rPr>
          <w:rFonts w:ascii="Calibri" w:hAnsi="Calibri" w:eastAsia="微软雅黑"/>
        </w:rPr>
        <w:t>暑期亲子瑜伽：带娃一起练的正确打开方式</w:t>
      </w:r>
    </w:p>
    <w:p>
      <w:pPr>
        <w:pStyle w:val="ListBullet"/>
      </w:pPr>
      <w:r>
        <w:rPr>
          <w:rFonts w:ascii="Calibri" w:hAnsi="Calibri" w:eastAsia="微软雅黑"/>
        </w:rPr>
        <w:t>白露养生：秋季瑜伽调理 3 体式</w:t>
      </w:r>
    </w:p>
    <w:p>
      <w:pPr>
        <w:pStyle w:val="ListBullet"/>
      </w:pPr>
      <w:r>
        <w:rPr>
          <w:rFonts w:ascii="Calibri" w:hAnsi="Calibri" w:eastAsia="微软雅黑"/>
        </w:rPr>
        <w:t>新年 flag：2026 学瑜伽教培还来得及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标题写作三规则</w:t>
      </w:r>
    </w:p>
    <w:p>
      <w:pPr>
        <w:pStyle w:val="ListBullet"/>
      </w:pPr>
      <w:r>
        <w:rPr>
          <w:rFonts w:ascii="Calibri" w:hAnsi="Calibri" w:eastAsia="微软雅黑"/>
        </w:rPr>
        <w:t>地域前置：哈岗/罗兰岗/洛杉矶进标题，吃本地搜索流量。</w:t>
      </w:r>
    </w:p>
    <w:p>
      <w:pPr>
        <w:pStyle w:val="ListBullet"/>
      </w:pPr>
      <w:r>
        <w:rPr>
          <w:rFonts w:ascii="Calibri" w:hAnsi="Calibri" w:eastAsia="微软雅黑"/>
        </w:rPr>
        <w:t>动作具体：标题直接点名体式/部位（肩颈/腹直肌/核心），越具体越有点击。</w:t>
      </w:r>
    </w:p>
    <w:p>
      <w:pPr>
        <w:pStyle w:val="ListBullet"/>
      </w:pPr>
      <w:r>
        <w:rPr>
          <w:rFonts w:ascii="Calibri" w:hAnsi="Calibri" w:eastAsia="微软雅黑"/>
        </w:rPr>
        <w:t>人群绑定：上班族/宝妈/新手/产后，标题先筛人。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四、与 Q3 方案的配合方式</w:t>
      </w:r>
    </w:p>
    <w:p>
      <w:r>
        <w:rPr>
          <w:rFonts w:ascii="Calibri" w:hAnsi="Calibri" w:eastAsia="微软雅黑"/>
          <w:b w:val="0"/>
        </w:rPr>
        <w:t>这份模板是"弹药库"，Q3 方案是"作战计划"。</w:t>
      </w:r>
    </w:p>
    <w:p>
      <w:pPr>
        <w:pStyle w:val="ListBullet"/>
      </w:pPr>
      <w:r>
        <w:rPr>
          <w:rFonts w:ascii="Calibri" w:hAnsi="Calibri" w:eastAsia="微软雅黑"/>
        </w:rPr>
        <w:t>行业关键词：标签组固定使用；每月从"场景×服务"交叉组合生成新选题（每条笔记）。</w:t>
      </w:r>
    </w:p>
    <w:p>
      <w:pPr>
        <w:pStyle w:val="ListBullet"/>
      </w:pPr>
      <w:r>
        <w:rPr>
          <w:rFonts w:ascii="Calibri" w:hAnsi="Calibri" w:eastAsia="微软雅黑"/>
        </w:rPr>
        <w:t>热门话题方向：五大方向对应栏目——痛点/对比→教学干货、场景→馆内日常、人群/见证→学员社群、性价比→全栏目渗透（每周选题会）。</w:t>
      </w:r>
    </w:p>
    <w:p>
      <w:pPr>
        <w:pStyle w:val="ListBullet"/>
      </w:pPr>
      <w:r>
        <w:rPr>
          <w:rFonts w:ascii="Calibri" w:hAnsi="Calibri" w:eastAsia="微软雅黑"/>
        </w:rPr>
        <w:t>标题建议模板：标题库直接选用或改词复用；每周新标题从模板变形，保持风格统一（每周 3 更）。</w:t>
      </w:r>
    </w:p>
    <w:p>
      <w:pPr>
        <w:pStyle w:val="ListBullet"/>
      </w:pPr>
      <w:r>
        <w:rPr>
          <w:rFonts w:ascii="Calibri" w:hAnsi="Calibri" w:eastAsia="微软雅黑"/>
        </w:rPr>
        <w:t>转化钩子固定：评论区互动钩子（"你最想改善哪个部位？"）+ 置顶评论放预约方式 + 私信发体验课信息；漏斗不变——公益课→体验课→私教/团课→教培认证。</w:t>
      </w:r>
    </w:p>
    <w:p>
      <w:pPr>
        <w:pStyle w:val="ListBullet"/>
      </w:pPr>
      <w:r>
        <w:rPr>
          <w:rFonts w:ascii="Calibri" w:hAnsi="Calibri" w:eastAsia="微软雅黑"/>
        </w:rPr>
        <w:t>发布节奏沿用：周一教学 11:00 / 周三日常 14:00 / 周六社群 10:30（LA 时间，户外课结束后即时发）。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总结</w:t>
      </w:r>
    </w:p>
    <w:p>
      <w:r>
        <w:rPr>
          <w:rFonts w:ascii="Calibri" w:hAnsi="Calibri" w:eastAsia="微软雅黑"/>
          <w:b w:val="0"/>
        </w:rPr>
        <w:t>通过以上关键词、话题与标题模板，把"500h 导师 + 空中瑜伽教培 + 户外公益课"的差异化翻译成小红书语言——教学干货占搜索流量、馆内日常建到店欲望、学员社群做社交背书，每一步都指向"公益课到场→体验课→付费转化"。配合 Q3 方案执行，逐步把 Clivia 做成洛杉矶东部华人女性"练瑜伽第一个想到的馆"。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